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Referencje zawodowe</w:t>
      </w:r>
    </w:p>
    <w:p/>
    <w:p>
      <w:r>
        <w:t>Pan Jakub Andrzej Swistek, urodzony 24.04.1981, był zatrudniony w naszym przedsiębiorstwie na stanowisku montera elektryka w okresie od 06.07.15 do 31.07.17 oraz od 15.09.25 do 31.05.26.</w:t>
      </w:r>
    </w:p>
    <w:p/>
    <w:p>
      <w:r>
        <w:t>Jako firma świadcząca usługi personalne, w przypadku braków kadrowych u naszych klientów, udostępniamy krótko- i długoterminowo do dyspozycji pracowników zatrudnionych u nas na stałe, zarówno fizycznych, jak i umysłowych, na podstawie wynajmu pracowników na zasadach komercyjnych.</w:t>
      </w:r>
    </w:p>
    <w:p/>
    <w:p>
      <w:r>
        <w:t>Zakres obowiązków Pana Swistka obejmował w szczególności:</w:t>
      </w:r>
    </w:p>
    <w:p/>
    <w:p>
      <w:r>
        <w:t>*   Montaż złożonych podzespołów</w:t>
      </w:r>
    </w:p>
    <w:p>
      <w:r>
        <w:t>*   Testy funkcjonalne na zautomatyzowanych stanowiskach testowych</w:t>
      </w:r>
    </w:p>
    <w:p>
      <w:r>
        <w:t>*   Testy funkcjonalne na manualnych stanowiskach testowych zgodnie z instrukcją testowania</w:t>
      </w:r>
    </w:p>
    <w:p>
      <w:r>
        <w:t>*   Przeprowadzanie testów funkcjonalnych i bezpieczeństwa</w:t>
      </w:r>
    </w:p>
    <w:p>
      <w:r>
        <w:t>*   Działania związane z kompletowaniem i pakowaniem</w:t>
      </w:r>
    </w:p>
    <w:p/>
    <w:p>
      <w:r>
        <w:t>Pan Swistek był zaangażowanym pracownikiem, który szybko wdrożył się w poszczególne obszary zadań. Posiada bardzo dobre umiejętności techniczne, które z pewnością i celowo wykorzystywał do wykonywania swoich zadań.</w:t>
      </w:r>
    </w:p>
    <w:p/>
    <w:p>
      <w:r>
        <w:t>Pan Swistek zawsze był ponadprzeciętnie zmotywowany i gotowy do działania. Również w przypadku dużej ilości pracy był niezwykle odporny na stres. Pracuje rutynowo, niezwykle precyzyjnie i szybko.</w:t>
      </w:r>
    </w:p>
    <w:p/>
    <w:p>
      <w:r>
        <w:t>Wszystkie powierzone mu prace Pan Swistek wykonywał samodzielnie i ku pełnemu zadowoleniu naszych klientów.</w:t>
      </w:r>
    </w:p>
    <w:p/>
    <w:p>
      <w:r>
        <w:t>Dzięki swojej uprzejmości i grzecznym manierom Pan Swistek był lubiany zarówno przez przełożonych, jak i współpracowników. Jego osobiste zachowanie było zawsze bez zarzutu.</w:t>
      </w:r>
    </w:p>
    <w:p/>
    <w:p>
      <w:r>
        <w:t>Stosunek pracy z Panem Swistkiem zakończył się z przyczyn operacyjnych 31.05.2026.</w:t>
      </w:r>
    </w:p>
    <w:p/>
    <w:p>
      <w:r>
        <w:t>Dziękujemy Panu Swistkowi za dobrą współpracę i życzymy mu wszystkiego dobrego w życiu osobistym i zawodowym.</w:t>
      </w:r>
    </w:p>
    <w:p/>
    <w:p>
      <w:r>
        <w:t>profí</w:t>
      </w:r>
    </w:p>
    <w:p>
      <w:r>
        <w:t>Agencja pracy tymczasowej</w:t>
      </w:r>
    </w:p>
    <w:p>
      <w:r>
        <w:t>GmbH</w:t>
      </w:r>
    </w:p>
    <w:p/>
    <w:p>
      <w:r>
        <w:t>Praca tymczasowa</w:t>
      </w:r>
    </w:p>
    <w:p>
      <w:r>
        <w:t>Pośrednictwo pracy</w:t>
      </w:r>
    </w:p>
    <w:p>
      <w:r>
        <w:t>Outplacement</w:t>
      </w:r>
    </w:p>
    <w:p>
      <w:r>
        <w:t>Outsourcing</w:t>
      </w:r>
    </w:p>
    <w:p/>
    <w:p>
      <w:r>
        <w:t>Augsburg, 31.05.2026</w:t>
      </w:r>
    </w:p>
    <w:p/>
    <w:p>
      <w:r>
        <w:t>Profi Zeitarbeit GmbH</w:t>
      </w:r>
    </w:p>
    <w:p/>
    <w:p>
      <w:r>
        <w:t>Anca Baumann</w:t>
      </w:r>
    </w:p>
    <w:p>
      <w:r>
        <w:t>Dyrektor Zarządzająca</w:t>
      </w:r>
    </w:p>
    <w:p/>
    <w:p>
      <w:r>
        <w:t>Przewaga dzięki kwalifikacjom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